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Elf Approved Business Communications</w:t>
      </w:r>
    </w:p>
    <w:p>
      <w:pPr>
        <w:pStyle w:val="Subtitle"/>
      </w:pPr>
      <w:r>
        <w:t>Editable announcement and publicity templates for 2026</w:t>
      </w:r>
    </w:p>
    <w:p>
      <w:r>
        <w:t>Use these templates to introduce your Elves Across America partnership to customers, local media and your community. Replace bracketed fields, remove optional sections that do not apply, and use verified links before sharing.</w:t>
      </w:r>
    </w:p>
    <w:p>
      <w:pPr>
        <w:pStyle w:val="Heading2"/>
      </w:pPr>
      <w:r>
        <w:t>Personalization fields</w:t>
      </w:r>
    </w:p>
    <w:p>
      <w:r>
        <w:t>[BUSINESS NAME]</w:t>
        <w:br/>
        <w:t>[CITY, STATE]</w:t>
        <w:br/>
        <w:t>[STREET ADDRESS]</w:t>
        <w:br/>
        <w:t>[BUSINESS WEBSITE]</w:t>
        <w:br/>
        <w:t>[BUSINESS SOCIAL HANDLE]</w:t>
        <w:br/>
        <w:t>[EAA SOCIAL HANDLE]</w:t>
        <w:br/>
        <w:t>[LIVE CHECK-IN URL]</w:t>
        <w:br/>
        <w:t>[CONTACT NAME] and [CONTACT EMAIL]</w:t>
        <w:br/>
        <w:t>[NONPROFIT], [ACTIVITY] and [DATE/TIME] when relevant</w:t>
      </w:r>
    </w:p>
    <w:p>
      <w:pPr>
        <w:pStyle w:val="Heading2"/>
      </w:pPr>
      <w:r>
        <w:t>Campaign wording</w:t>
      </w:r>
    </w:p>
    <w:p>
      <w:r>
        <w:t>Elves Across America</w:t>
        <w:br/>
        <w:t>Official Elf Approved Business 2026</w:t>
        <w:br/>
        <w:t>Be the Magic. Make a Difference.</w:t>
        <w:br/>
        <w:t>Let’s Make the Holidays Brighter, Together.</w:t>
        <w:br/>
        <w:t>elvesacrossamerica.com</w:t>
      </w:r>
    </w:p>
    <w:p>
      <w:pPr>
        <w:pStyle w:val="Heading2"/>
      </w:pPr>
      <w:r>
        <w:t>Before publication</w:t>
      </w:r>
    </w:p>
    <w:p>
      <w:r>
        <w:t>Use confirmed business approval and activity details. Check social handles on the actual profiles. A hashtag is not an account handle. Quotes require the named speaker’s approval. No press or customer messages are sent by this kit.</w:t>
      </w:r>
    </w:p>
    <w:p>
      <w:r>
        <w:br w:type="page"/>
      </w:r>
    </w:p>
    <w:p>
      <w:pPr>
        <w:pStyle w:val="Heading1"/>
      </w:pPr>
      <w:r>
        <w:t>Press release</w:t>
      </w:r>
    </w:p>
    <w:p>
      <w:r>
        <w:t>FOR IMMEDIATE RELEASE</w:t>
        <w:br/>
        <w:t>[BUSINESS NAME] Joins Elves Across America as a 2026 Elf Approved Business</w:t>
      </w:r>
    </w:p>
    <w:p>
      <w:r>
        <w:t>[CITY, STATE] — [MONTH DAY, 2026] — [BUSINESS NAME] is joining the 2026 Elves Across America campaign as an Official Elf Approved Business, inviting customers and neighbors to help make the holidays brighter through kindness, giving and volunteering.</w:t>
      </w:r>
    </w:p>
    <w:p>
      <w:r>
        <w:t>Elves Across America connects individuals, families, businesses, schools, civic groups and nonprofits around a shared invitation: “Be the Magic. Make a Difference.” Participating businesses help introduce their communities to ways to get involved and support local holiday needs.</w:t>
      </w:r>
    </w:p>
    <w:p>
      <w:r>
        <w:t>Visitors to [BUSINESS NAME] at [STREET ADDRESS, CITY, STATE ZIP] will find the official 2026 Elf Approved sign and information about the campaign. Customers can learn more at elvesacrossamerica.com.</w:t>
      </w:r>
    </w:p>
    <w:p>
      <w:r>
        <w:t>[OPTIONAL — INCLUDE ONLY AFTER YOUR LOCATION CHECK-IN IS ACTIVE: Visitors can also scan the business’s onsite QR code to check in at this location. No purchase or donation is required to check in.]</w:t>
      </w:r>
    </w:p>
    <w:p>
      <w:r>
        <w:t>[OPTIONAL — INCLUDE ONLY FOR A CONFIRMED ACTIVITY: The business will support [NONPROFIT NAME] through [ACTIVITY] on [DATE/TIME]. Participation details are available at [LINK].]</w:t>
      </w:r>
    </w:p>
    <w:p>
      <w:r>
        <w:t>About [BUSINESS NAME]</w:t>
        <w:br/>
        <w:t>[TWO FACTUAL SENTENCES ABOUT THE BUSINESS, ITS SERVICES AND COMMUNITY.]</w:t>
      </w:r>
    </w:p>
    <w:p>
      <w:r>
        <w:t>About Elves Across America</w:t>
        <w:br/>
        <w:t>Elves Across America is a nationwide movement of compassion that brings people and organizations together to spread holiday cheer and meet essential needs through kindness, giving and volunteering. Learn more at elvesacrossamerica.com.</w:t>
      </w:r>
    </w:p>
    <w:p>
      <w:r>
        <w:t>Media contact</w:t>
        <w:br/>
        <w:t>[CONTACT NAME] | [TITLE] | [BUSINESS NAME]</w:t>
        <w:br/>
        <w:t>[CONTACT EMAIL] | [PUBLIC BUSINESS PHONE, OPTIONAL]</w:t>
      </w:r>
    </w:p>
    <w:p>
      <w:r>
        <w:t>###</w:t>
      </w:r>
    </w:p>
    <w:p>
      <w:r>
        <w:br w:type="page"/>
      </w:r>
    </w:p>
    <w:p>
      <w:pPr>
        <w:pStyle w:val="Heading1"/>
      </w:pPr>
      <w:r>
        <w:t>Social media launch</w:t>
      </w:r>
    </w:p>
    <w:p>
      <w:r>
        <w:t>We’ve got some very merry news: [BUSINESS NAME] is an Official Elf Approved Business for Elves Across America 2026!</w:t>
      </w:r>
    </w:p>
    <w:p>
      <w:r>
        <w:t>We’re inviting our [CITY/COUNTY, STATE] neighbors to help make the holidays brighter through kindness, giving and volunteering. Look for the green hat and our Elf Approved sign when you visit.</w:t>
      </w:r>
    </w:p>
    <w:p>
      <w:r>
        <w:t>Everyday people can bring a little holiday magic to someone else’s day. We’d love for you to be part of it.</w:t>
      </w:r>
    </w:p>
    <w:p>
      <w:r>
        <w:t>Learn more: elvesacrossamerica.com</w:t>
        <w:br/>
        <w:t>Visit us: [BUSINESS WEBSITE]</w:t>
      </w:r>
    </w:p>
    <w:p>
      <w:r>
        <w:t>Be the Magic. Make a Difference.</w:t>
        <w:br/>
        <w:t>#ElvesAcrossAmerica #ElfApprovedBusiness #BeTheMagic</w:t>
      </w:r>
    </w:p>
    <w:p>
      <w:pPr>
        <w:pStyle w:val="Heading2"/>
      </w:pPr>
      <w:r>
        <w:t>Professional announcement</w:t>
      </w:r>
    </w:p>
    <w:p>
      <w:r>
        <w:t>[BUSINESS NAME] is joining Elves Across America as an Official Elf Approved Business for 2026. We’re inviting our team, customers and neighbors to connect with opportunities for holiday kindness, giving and volunteering. Learn about the campaign at elvesacrossamerica.com and look for our Elf Approved sign when you visit.</w:t>
        <w:br/>
        <w:t>#ElvesAcrossAmerica #ElfApprovedBusiness #BeTheMagic</w:t>
      </w:r>
    </w:p>
    <w:p>
      <w:pPr>
        <w:pStyle w:val="Heading2"/>
      </w:pPr>
      <w:r>
        <w:t>Three story frames</w:t>
      </w:r>
    </w:p>
    <w:p>
      <w:r>
        <w:t>1. We’re officially Elf Approved for 2026!</w:t>
        <w:br/>
        <w:t>2. We’re joining Elves Across America to help our community discover holiday kindness.</w:t>
        <w:br/>
        <w:t>3. Come say hello at [BUSINESS NAME]. Learn more at elvesacrossamerica.com.</w:t>
      </w:r>
    </w:p>
    <w:p>
      <w:pPr>
        <w:pStyle w:val="Heading2"/>
      </w:pPr>
      <w:r>
        <w:t>Suggested image description</w:t>
      </w:r>
    </w:p>
    <w:p>
      <w:r>
        <w:t>A green, cream, red and gold Elves Across America graphic with a 2026 Elf Approved Business badge and friendly elves beside a holiday shop. Text invites viewers to discover ways to get involved.</w:t>
      </w:r>
    </w:p>
    <w:p>
      <w:r>
        <w:br w:type="page"/>
      </w:r>
    </w:p>
    <w:p>
      <w:pPr>
        <w:pStyle w:val="Heading1"/>
      </w:pPr>
      <w:r>
        <w:t>Social media blurbs one</w:t>
      </w:r>
    </w:p>
    <w:p>
      <w:pPr>
        <w:pStyle w:val="Heading2"/>
      </w:pPr>
      <w:r>
        <w:t>Short launch</w:t>
      </w:r>
    </w:p>
    <w:p>
      <w:r>
        <w:t>It’s official: [BUSINESS NAME] is Elf Approved for 2026! We’re joining Elves Across America to spread holiday cheer and invite our neighbors to be part of the magic. elvesacrossamerica.com</w:t>
      </w:r>
    </w:p>
    <w:p>
      <w:pPr>
        <w:pStyle w:val="Heading2"/>
      </w:pPr>
      <w:r>
        <w:t>Playful storefront</w:t>
      </w:r>
    </w:p>
    <w:p>
      <w:r>
        <w:t>Our dress code just got a little more jingly. [BUSINESS NAME] is an Elf Approved Business with Elves Across America! Look for the green hat, bring your kind heart, and say hello.</w:t>
      </w:r>
    </w:p>
    <w:p>
      <w:pPr>
        <w:pStyle w:val="Heading2"/>
      </w:pPr>
      <w:r>
        <w:t>Local invitation</w:t>
      </w:r>
    </w:p>
    <w:p>
      <w:r>
        <w:t>Hey, [CITY/COUNTY, STATE] — your community has room for more magic. Visit [BUSINESS NAME] and discover Elves Across America, a holiday movement built on kindness, giving and volunteering.</w:t>
      </w:r>
    </w:p>
    <w:p>
      <w:pPr>
        <w:pStyle w:val="Heading2"/>
      </w:pPr>
      <w:r>
        <w:t>Active check-in only</w:t>
      </w:r>
    </w:p>
    <w:p>
      <w:r>
        <w:t>Elf stop ahead! Scan our onsite QR at [BUSINESS NAME, LOCATION] and follow the prompts to check in. No purchase or donation required. Elfies are optional; friendly faces are always welcome.</w:t>
      </w:r>
    </w:p>
    <w:p>
      <w:pPr>
        <w:pStyle w:val="Heading2"/>
      </w:pPr>
      <w:r>
        <w:t>Optional Elfie</w:t>
      </w:r>
    </w:p>
    <w:p>
      <w:r>
        <w:t>Caught being elfish at [BUSINESS NAME]? Add our 2026 photo frame to your Elfie and tag [BUSINESS SOCIAL HANDLE] and [EAA SOCIAL HANDLE] if you’d like. Please share only photos you have permission to post.</w:t>
      </w:r>
    </w:p>
    <w:p>
      <w:pPr>
        <w:pStyle w:val="Heading2"/>
      </w:pPr>
      <w:r>
        <w:t>Team activity</w:t>
      </w:r>
    </w:p>
    <w:p>
      <w:r>
        <w:t>Our Elf Squad is showing up for [NONPROFIT] on [DATE] to help with [CONFIRMED ACTIVITY]. Want to lend a hand? Find the details here: [LINK]. A little time can mean a lot.</w:t>
      </w:r>
    </w:p>
    <w:p>
      <w:r>
        <w:br w:type="page"/>
      </w:r>
    </w:p>
    <w:p>
      <w:pPr>
        <w:pStyle w:val="Heading1"/>
      </w:pPr>
      <w:r>
        <w:t>Social media blurbs two</w:t>
      </w:r>
    </w:p>
    <w:p>
      <w:pPr>
        <w:pStyle w:val="Heading2"/>
      </w:pPr>
      <w:r>
        <w:t>Confirmed needs spotlight</w:t>
      </w:r>
    </w:p>
    <w:p>
      <w:r>
        <w:t>[NONPROFIT] has asked for [SPECIFIC NEED] by [DATE]. Here’s the confirmed way to help: [LINK/INSTRUCTIONS]. Thank you for helping useful kindness reach the right place.</w:t>
      </w:r>
    </w:p>
    <w:p>
      <w:pPr>
        <w:pStyle w:val="Heading2"/>
      </w:pPr>
      <w:r>
        <w:t>Mini-book invitation</w:t>
      </w:r>
    </w:p>
    <w:p>
      <w:r>
        <w:t>Important elf research: cocoa tastes better after a kind deed. Our “Elves Have More Fun!” mini book is full of smiles, silly words and little challenges. Ask our team for a peek.</w:t>
      </w:r>
    </w:p>
    <w:p>
      <w:pPr>
        <w:pStyle w:val="Heading2"/>
      </w:pPr>
      <w:r>
        <w:t>Challenge invitation</w:t>
      </w:r>
    </w:p>
    <w:p>
      <w:r>
        <w:t>Today’s elf challenge: give someone a specific, sincere thank-you. No grand gesture needed. “I noticed what you did, and it helped” is a pretty magical place to start.</w:t>
      </w:r>
    </w:p>
    <w:p>
      <w:pPr>
        <w:pStyle w:val="Heading2"/>
      </w:pPr>
      <w:r>
        <w:t>Thank-you update</w:t>
      </w:r>
    </w:p>
    <w:p>
      <w:r>
        <w:t>Hats off to our community! Together, our team completed [VERIFIED HOURS] volunteer hours with [NONPROFIT] during [DATES]. Thank you to everyone who helped. We’re proud to be part of Elves Across America.</w:t>
      </w:r>
    </w:p>
    <w:p>
      <w:pPr>
        <w:pStyle w:val="Heading2"/>
      </w:pPr>
      <w:r>
        <w:t>Reel caption</w:t>
      </w:r>
    </w:p>
    <w:p>
      <w:r>
        <w:t>POV: you came in for [PRODUCT/SERVICE] and discovered your inner elf. We’re Elf Approved for 2026! Learn about Elves Across America at elvesacrossamerica.com.</w:t>
      </w:r>
    </w:p>
    <w:p>
      <w:pPr>
        <w:pStyle w:val="Heading2"/>
      </w:pPr>
      <w:r>
        <w:t>Season close</w:t>
      </w:r>
    </w:p>
    <w:p>
      <w:r>
        <w:t>The lights may come down, but kindness gets to stay. Thank you to everyone who made holiday magic with [BUSINESS NAME] and Elves Across America this season.</w:t>
      </w:r>
    </w:p>
    <w:p>
      <w:r>
        <w:br w:type="page"/>
      </w:r>
    </w:p>
    <w:p>
      <w:pPr>
        <w:pStyle w:val="Heading1"/>
      </w:pPr>
      <w:r>
        <w:t>Customer email announcement</w:t>
      </w:r>
    </w:p>
    <w:p>
      <w:r>
        <w:t>Subject: We’re Elf Approved — and you’re invited to be the magic!</w:t>
        <w:br/>
        <w:t>Preview text: A little holiday cheer has arrived at [BUSINESS NAME].</w:t>
      </w:r>
    </w:p>
    <w:p>
      <w:r>
        <w:t>Hi [FIRST NAME OR “friends”],</w:t>
      </w:r>
    </w:p>
    <w:p>
      <w:r>
        <w:t>We have some cheerful news to share: [BUSINESS NAME] is an Official Elf Approved Business with Elves Across America for 2026!</w:t>
      </w:r>
    </w:p>
    <w:p>
      <w:r>
        <w:t>The campaign brings people, businesses and nonprofits together to spread holiday cheer and connect with ways to help in their own communities. We’re excited to invite our customers and neighbors to take part.</w:t>
      </w:r>
    </w:p>
    <w:p>
      <w:r>
        <w:t>Look for our Elf Approved sign the next time you visit. Ask our team about the campaign, bring your curiosity, and discover how a little kindness can make someone’s holidays brighter.</w:t>
      </w:r>
    </w:p>
    <w:p>
      <w:r>
        <w:t>[OPTIONAL — IF CONFIRMED: This month, we’re supporting [NONPROFIT] with [ACTIVITY]. Join us on [DATE/TIME] at [LOCATION]. Details: [LINK].]</w:t>
      </w:r>
    </w:p>
    <w:p>
      <w:r>
        <w:t>Learn about the movement: https://elvesacrossamerica.com</w:t>
      </w:r>
    </w:p>
    <w:p>
      <w:r>
        <w:t>Thank you for being part of our community. We can’t wait to make some holiday magic with you.</w:t>
      </w:r>
    </w:p>
    <w:p>
      <w:r>
        <w:t>[NAME]</w:t>
        <w:br/>
        <w:t>[TITLE], [BUSINESS NAME]</w:t>
        <w:br/>
        <w:t>[BUSINESS WEBSITE]</w:t>
      </w:r>
    </w:p>
    <w:p>
      <w:r>
        <w:t>Be the Magic. Make a Difference.</w:t>
      </w:r>
    </w:p>
    <w:p>
      <w:pPr>
        <w:pStyle w:val="Heading2"/>
      </w:pPr>
      <w:r>
        <w:t>Alternative subject lines</w:t>
      </w:r>
    </w:p>
    <w:p>
      <w:r>
        <w:t>A little more holiday magic is coming to [BUSINESS NAME]</w:t>
        <w:br/>
        <w:t>Your inner elf is invited</w:t>
        <w:br/>
        <w:t>We’re Elf Approved for 2026</w:t>
      </w:r>
    </w:p>
    <w:p>
      <w:r>
        <w:br w:type="page"/>
      </w:r>
    </w:p>
    <w:p>
      <w:pPr>
        <w:pStyle w:val="Heading1"/>
      </w:pPr>
      <w:r>
        <w:t>Newsletter and email signature</w:t>
      </w:r>
    </w:p>
    <w:p>
      <w:pPr>
        <w:pStyle w:val="Heading2"/>
      </w:pPr>
      <w:r>
        <w:t>Newsletter blurb</w:t>
      </w:r>
    </w:p>
    <w:p>
      <w:r>
        <w:t>There’s a little extra holiday magic at [BUSINESS NAME]! We’re an Official Elf Approved Business with Elves Across America for 2026, joining a nationwide movement of kindness, giving and volunteering. Look for our Elf Approved sign and ask our team how you can get involved. Together, we can help make the holidays brighter for our neighbors. Discover the campaign at elvesacrossamerica.com. Be the Magic. Make a Difference.</w:t>
      </w:r>
    </w:p>
    <w:p>
      <w:pPr>
        <w:pStyle w:val="Heading2"/>
      </w:pPr>
      <w:r>
        <w:t>Short newsletter line</w:t>
      </w:r>
    </w:p>
    <w:p>
      <w:r>
        <w:t>[BUSINESS NAME] is Elf Approved for 2026! Discover Elves Across America and ways to spread holiday kindness at elvesacrossamerica.com.</w:t>
      </w:r>
    </w:p>
    <w:p>
      <w:pPr>
        <w:pStyle w:val="Heading2"/>
      </w:pPr>
      <w:r>
        <w:t>Text signature</w:t>
      </w:r>
    </w:p>
    <w:p>
      <w:r>
        <w:t>[NAME] | [TITLE]</w:t>
        <w:br/>
        <w:t>[BUSINESS NAME]</w:t>
        <w:br/>
        <w:t>[BUSINESS WEBSITE] | [BUSINESS EMAIL]</w:t>
        <w:br/>
        <w:t>Official Elf Approved Business 2026</w:t>
        <w:br/>
        <w:t>Elves Across America</w:t>
        <w:br/>
        <w:t>Be the Magic. Make a Difference.</w:t>
        <w:br/>
        <w:t>https://elvesacrossamerica.com</w:t>
      </w:r>
    </w:p>
    <w:p>
      <w:pPr>
        <w:pStyle w:val="Heading2"/>
      </w:pPr>
      <w:r>
        <w:t>Install the signature</w:t>
      </w:r>
    </w:p>
    <w:p>
      <w:r>
        <w:t>Open Email_Signature.html and replace the bracketed details in your email signature editor. Use Email_Signature_Banner.png as an optional image, inserted through the editor’s image control at about 320 pixels wide. Link the image to https://elvesacrossamerica.com. Local image links do not travel with an email unless the email editor embeds the image. Send yourself a test and check it on a phone. The plain-text signature works without images.</w:t>
      </w:r>
    </w:p>
    <w:p>
      <w:pPr>
        <w:pStyle w:val="Heading2"/>
      </w:pPr>
      <w:r>
        <w:t>Add your profile frame</w:t>
      </w:r>
    </w:p>
    <w:p>
      <w:r>
        <w:t>In your preferred image editor, place your photo on a 1080 × 1080 canvas. Place Profile_Photo_Frame_1080.png above it and keep the face inside the transparent central opening. Export as PNG or JPG and upload the finished picture. Review the circular crop before saving.</w:t>
      </w:r>
    </w:p>
    <w:p>
      <w:r>
        <w:br w:type="page"/>
      </w:r>
    </w:p>
    <w:p>
      <w:pPr>
        <w:pStyle w:val="Heading1"/>
      </w:pPr>
      <w:r>
        <w:t>Hashtags and a simple launch schedule</w:t>
      </w:r>
    </w:p>
    <w:p>
      <w:pPr>
        <w:pStyle w:val="Heading2"/>
      </w:pPr>
      <w:r>
        <w:t>Core campaign set</w:t>
      </w:r>
    </w:p>
    <w:p>
      <w:r>
        <w:t>#ElvesAcrossAmerica #ElfApprovedBusiness #BeTheMagic</w:t>
      </w:r>
    </w:p>
    <w:p>
      <w:pPr>
        <w:pStyle w:val="Heading2"/>
      </w:pPr>
      <w:r>
        <w:t>Kindness and volunteering</w:t>
      </w:r>
    </w:p>
    <w:p>
      <w:r>
        <w:t>#MakeADifference #HolidayKindness #VolunteerTogether #CommunityKindness</w:t>
      </w:r>
    </w:p>
    <w:p>
      <w:pPr>
        <w:pStyle w:val="Heading2"/>
      </w:pPr>
      <w:r>
        <w:t>Business and neighborhood</w:t>
      </w:r>
    </w:p>
    <w:p>
      <w:r>
        <w:t>#SupportLocal #CommunityPartner #ShopLocal</w:t>
      </w:r>
    </w:p>
    <w:p>
      <w:pPr>
        <w:pStyle w:val="Heading2"/>
      </w:pPr>
      <w:r>
        <w:t>Elf fun</w:t>
      </w:r>
    </w:p>
    <w:p>
      <w:r>
        <w:t>#ElvesHaveMoreFun #ElfSquad #Elfie #HolidayMagic</w:t>
      </w:r>
    </w:p>
    <w:p>
      <w:pPr>
        <w:pStyle w:val="Heading2"/>
      </w:pPr>
      <w:r>
        <w:t>Suggested launch combination</w:t>
      </w:r>
    </w:p>
    <w:p>
      <w:r>
        <w:t>#ElvesAcrossAmerica #ElfApprovedBusiness #BeTheMagic #CommunityKindness</w:t>
      </w:r>
    </w:p>
    <w:p>
      <w:pPr>
        <w:pStyle w:val="Heading2"/>
      </w:pPr>
      <w:r>
        <w:t>Suggested service combination</w:t>
      </w:r>
    </w:p>
    <w:p>
      <w:r>
        <w:t>#ElvesAcrossAmerica #BeTheMagic #VolunteerTogether #MakeADifference</w:t>
      </w:r>
    </w:p>
    <w:p>
      <w:pPr>
        <w:pStyle w:val="Heading2"/>
      </w:pPr>
      <w:r>
        <w:t>Local addition</w:t>
      </w:r>
    </w:p>
    <w:p>
      <w:r>
        <w:t>Add one accurate local hashtag, such as #PalmBeachCounty or your city and state. Use only locations relevant to the post.</w:t>
      </w:r>
    </w:p>
    <w:p>
      <w:pPr>
        <w:pStyle w:val="Heading2"/>
      </w:pPr>
      <w:r>
        <w:t>Suggested two-week rhythm</w:t>
      </w:r>
    </w:p>
    <w:p>
      <w:r>
        <w:t>Day 1: publish the launch announcement.</w:t>
        <w:br/>
        <w:t>Day 3: introduce your team or Elf Lead.</w:t>
        <w:br/>
        <w:t>Day 5: share a confirmed local need.</w:t>
        <w:br/>
        <w:t>Day 7: invite an optional Elfie or kindness challenge.</w:t>
        <w:br/>
        <w:t>Day 10: highlight an approved activity.</w:t>
        <w:br/>
        <w:t>Day 14: thank participants and share verified results, if available.</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elvesacrossamerica.com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ELVES ACROSS AMERICA  |  ELF APPROVED BUSINESS TOOLKIT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